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F3499" w14:textId="586C6E97" w:rsidR="00702796" w:rsidRDefault="00702796" w:rsidP="004D282C">
      <w:pPr>
        <w:pStyle w:val="Nagwek1"/>
        <w:spacing w:line="240" w:lineRule="auto"/>
        <w:jc w:val="center"/>
        <w:rPr>
          <w:color w:val="4F6228" w:themeColor="accent3" w:themeShade="80"/>
        </w:rPr>
      </w:pPr>
      <w:r w:rsidRPr="004004ED">
        <w:rPr>
          <w:color w:val="4F6228" w:themeColor="accent3" w:themeShade="80"/>
        </w:rPr>
        <w:t xml:space="preserve">OTWARTE SPOTKANIE </w:t>
      </w:r>
      <w:r>
        <w:rPr>
          <w:color w:val="4F6228" w:themeColor="accent3" w:themeShade="80"/>
        </w:rPr>
        <w:t xml:space="preserve">DOT. </w:t>
      </w:r>
      <w:r w:rsidRPr="004004ED">
        <w:rPr>
          <w:color w:val="4F6228" w:themeColor="accent3" w:themeShade="80"/>
        </w:rPr>
        <w:t>UCHWA</w:t>
      </w:r>
      <w:r>
        <w:rPr>
          <w:color w:val="4F6228" w:themeColor="accent3" w:themeShade="80"/>
        </w:rPr>
        <w:t>ŁY</w:t>
      </w:r>
      <w:r w:rsidRPr="004004ED">
        <w:rPr>
          <w:color w:val="4F6228" w:themeColor="accent3" w:themeShade="80"/>
        </w:rPr>
        <w:t xml:space="preserve"> KRAJOBRAZOWEJ DLA MIASTA SZKLARSKA PORĘB</w:t>
      </w:r>
      <w:r>
        <w:rPr>
          <w:color w:val="4F6228" w:themeColor="accent3" w:themeShade="80"/>
        </w:rPr>
        <w:t xml:space="preserve">A </w:t>
      </w:r>
    </w:p>
    <w:p w14:paraId="294ECD4A" w14:textId="77777777" w:rsidR="004D282C" w:rsidRPr="004D282C" w:rsidRDefault="004D282C" w:rsidP="004D282C"/>
    <w:p w14:paraId="02872BAD" w14:textId="0B17FB6E" w:rsidR="004D282C" w:rsidRPr="004D282C" w:rsidRDefault="00000000" w:rsidP="004D282C">
      <w:pPr>
        <w:pStyle w:val="Nagwek1"/>
        <w:spacing w:before="0"/>
        <w:rPr>
          <w:color w:val="E36C0A" w:themeColor="accent6" w:themeShade="BF"/>
        </w:rPr>
      </w:pPr>
      <w:proofErr w:type="spellStart"/>
      <w:r w:rsidRPr="004004ED">
        <w:rPr>
          <w:color w:val="auto"/>
        </w:rPr>
        <w:t>Ankieta</w:t>
      </w:r>
      <w:proofErr w:type="spellEnd"/>
      <w:r w:rsidRPr="004004ED">
        <w:rPr>
          <w:color w:val="auto"/>
        </w:rPr>
        <w:t xml:space="preserve">: </w:t>
      </w:r>
      <w:proofErr w:type="spellStart"/>
      <w:r w:rsidRPr="004D282C">
        <w:rPr>
          <w:color w:val="E36C0A" w:themeColor="accent6" w:themeShade="BF"/>
        </w:rPr>
        <w:t>Ocena</w:t>
      </w:r>
      <w:proofErr w:type="spellEnd"/>
      <w:r w:rsidRPr="004D282C">
        <w:rPr>
          <w:color w:val="E36C0A" w:themeColor="accent6" w:themeShade="BF"/>
        </w:rPr>
        <w:t xml:space="preserve"> </w:t>
      </w:r>
      <w:proofErr w:type="spellStart"/>
      <w:r w:rsidRPr="004D282C">
        <w:rPr>
          <w:color w:val="E36C0A" w:themeColor="accent6" w:themeShade="BF"/>
        </w:rPr>
        <w:t>wprowadzenia</w:t>
      </w:r>
      <w:proofErr w:type="spellEnd"/>
      <w:r w:rsidRPr="004D282C">
        <w:rPr>
          <w:color w:val="E36C0A" w:themeColor="accent6" w:themeShade="BF"/>
        </w:rPr>
        <w:t xml:space="preserve"> </w:t>
      </w:r>
      <w:proofErr w:type="spellStart"/>
      <w:r w:rsidRPr="004D282C">
        <w:rPr>
          <w:color w:val="E36C0A" w:themeColor="accent6" w:themeShade="BF"/>
        </w:rPr>
        <w:t>uchwały</w:t>
      </w:r>
      <w:proofErr w:type="spellEnd"/>
      <w:r w:rsidRPr="004D282C">
        <w:rPr>
          <w:color w:val="E36C0A" w:themeColor="accent6" w:themeShade="BF"/>
        </w:rPr>
        <w:t xml:space="preserve"> </w:t>
      </w:r>
      <w:proofErr w:type="spellStart"/>
      <w:r w:rsidRPr="004D282C">
        <w:rPr>
          <w:color w:val="E36C0A" w:themeColor="accent6" w:themeShade="BF"/>
        </w:rPr>
        <w:t>krajobrazowej</w:t>
      </w:r>
      <w:proofErr w:type="spellEnd"/>
      <w:r w:rsidRPr="004D282C">
        <w:rPr>
          <w:color w:val="E36C0A" w:themeColor="accent6" w:themeShade="BF"/>
        </w:rPr>
        <w:t xml:space="preserve"> w </w:t>
      </w:r>
      <w:proofErr w:type="spellStart"/>
      <w:r w:rsidRPr="004D282C">
        <w:rPr>
          <w:color w:val="E36C0A" w:themeColor="accent6" w:themeShade="BF"/>
        </w:rPr>
        <w:t>Szklarskiej</w:t>
      </w:r>
      <w:proofErr w:type="spellEnd"/>
      <w:r w:rsidRPr="004D282C">
        <w:rPr>
          <w:color w:val="E36C0A" w:themeColor="accent6" w:themeShade="BF"/>
        </w:rPr>
        <w:t xml:space="preserve"> Porębie</w:t>
      </w:r>
    </w:p>
    <w:p w14:paraId="7C1C1A98" w14:textId="77777777" w:rsidR="004D282C" w:rsidRDefault="004D282C" w:rsidP="004D282C">
      <w:pPr>
        <w:spacing w:after="0"/>
      </w:pPr>
    </w:p>
    <w:p w14:paraId="47FF75F8" w14:textId="77777777" w:rsidR="004D282C" w:rsidRDefault="00000000" w:rsidP="004D282C">
      <w:pPr>
        <w:spacing w:after="0"/>
        <w:jc w:val="both"/>
      </w:pPr>
      <w:proofErr w:type="spellStart"/>
      <w:r>
        <w:t>Szanowni</w:t>
      </w:r>
      <w:proofErr w:type="spellEnd"/>
      <w:r>
        <w:t xml:space="preserve"> Mieszkańcy,</w:t>
      </w:r>
      <w:r w:rsidR="004D282C">
        <w:t xml:space="preserve">  </w:t>
      </w:r>
    </w:p>
    <w:p w14:paraId="6E3C50F0" w14:textId="2E5D883B" w:rsidR="00DB7023" w:rsidRPr="004004ED" w:rsidRDefault="00000000" w:rsidP="004D282C">
      <w:pPr>
        <w:jc w:val="both"/>
        <w:rPr>
          <w:color w:val="FFC000"/>
        </w:rPr>
      </w:pPr>
      <w:r>
        <w:t xml:space="preserve">Celem </w:t>
      </w:r>
      <w:proofErr w:type="spellStart"/>
      <w:r>
        <w:t>niniejszej</w:t>
      </w:r>
      <w:proofErr w:type="spellEnd"/>
      <w:r>
        <w:t xml:space="preserve"> </w:t>
      </w:r>
      <w:proofErr w:type="spellStart"/>
      <w:r>
        <w:t>ankiety</w:t>
      </w:r>
      <w:proofErr w:type="spellEnd"/>
      <w:r>
        <w:t xml:space="preserve"> jest </w:t>
      </w:r>
      <w:proofErr w:type="spellStart"/>
      <w:r>
        <w:t>poznanie</w:t>
      </w:r>
      <w:proofErr w:type="spellEnd"/>
      <w:r>
        <w:t xml:space="preserve"> </w:t>
      </w:r>
      <w:proofErr w:type="spellStart"/>
      <w:r>
        <w:t>Państwa</w:t>
      </w:r>
      <w:proofErr w:type="spellEnd"/>
      <w:r>
        <w:t xml:space="preserve"> </w:t>
      </w:r>
      <w:proofErr w:type="spellStart"/>
      <w:r>
        <w:t>opinii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temat</w:t>
      </w:r>
      <w:proofErr w:type="spellEnd"/>
      <w:r>
        <w:t xml:space="preserve"> wprowadzenia uchwały krajobrazowej w Szklarskiej Porębie. Prosimy o </w:t>
      </w:r>
      <w:proofErr w:type="spellStart"/>
      <w:r>
        <w:t>szczere</w:t>
      </w:r>
      <w:proofErr w:type="spellEnd"/>
      <w:r>
        <w:t xml:space="preserve"> </w:t>
      </w:r>
      <w:proofErr w:type="spellStart"/>
      <w:r>
        <w:t>odpowiedzi</w:t>
      </w:r>
      <w:proofErr w:type="spellEnd"/>
      <w:r>
        <w:t xml:space="preserve"> — </w:t>
      </w:r>
      <w:proofErr w:type="spellStart"/>
      <w:r>
        <w:t>ankieta</w:t>
      </w:r>
      <w:proofErr w:type="spellEnd"/>
      <w:r>
        <w:t xml:space="preserve"> jest </w:t>
      </w:r>
      <w:proofErr w:type="spellStart"/>
      <w:r>
        <w:t>anonimowa</w:t>
      </w:r>
      <w:proofErr w:type="spellEnd"/>
      <w:r>
        <w:t>, a</w:t>
      </w:r>
      <w:r w:rsidR="004D282C">
        <w:t> </w:t>
      </w:r>
      <w:proofErr w:type="spellStart"/>
      <w:r>
        <w:t>uzyskane</w:t>
      </w:r>
      <w:proofErr w:type="spellEnd"/>
      <w:r>
        <w:t xml:space="preserve"> </w:t>
      </w:r>
      <w:proofErr w:type="spellStart"/>
      <w:r>
        <w:t>dane</w:t>
      </w:r>
      <w:proofErr w:type="spellEnd"/>
      <w:r>
        <w:t xml:space="preserve"> </w:t>
      </w:r>
      <w:proofErr w:type="spellStart"/>
      <w:r>
        <w:t>posłużą</w:t>
      </w:r>
      <w:proofErr w:type="spellEnd"/>
      <w:r>
        <w:t xml:space="preserve"> </w:t>
      </w:r>
      <w:proofErr w:type="spellStart"/>
      <w:r>
        <w:t>wyłącznie</w:t>
      </w:r>
      <w:proofErr w:type="spellEnd"/>
      <w:r>
        <w:t xml:space="preserve"> do </w:t>
      </w:r>
      <w:proofErr w:type="spellStart"/>
      <w:r>
        <w:t>celów</w:t>
      </w:r>
      <w:proofErr w:type="spellEnd"/>
      <w:r>
        <w:t xml:space="preserve"> </w:t>
      </w:r>
      <w:proofErr w:type="spellStart"/>
      <w:r>
        <w:t>badawczych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usprawnienia</w:t>
      </w:r>
      <w:proofErr w:type="spellEnd"/>
      <w:r>
        <w:t xml:space="preserve"> </w:t>
      </w:r>
      <w:proofErr w:type="spellStart"/>
      <w:r>
        <w:t>przestrzeni</w:t>
      </w:r>
      <w:proofErr w:type="spellEnd"/>
      <w:r>
        <w:t xml:space="preserve"> </w:t>
      </w:r>
      <w:proofErr w:type="spellStart"/>
      <w:r>
        <w:t>miejskiej</w:t>
      </w:r>
      <w:proofErr w:type="spellEnd"/>
      <w:r>
        <w:t>.</w:t>
      </w:r>
    </w:p>
    <w:p w14:paraId="1AFA0658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t>1. Ogólna ocena uchwały krajobrazowej</w:t>
      </w:r>
    </w:p>
    <w:p w14:paraId="04D21AE4" w14:textId="77777777" w:rsidR="00DB7023" w:rsidRDefault="00000000">
      <w:r>
        <w:t>Jak ocenia Pan/Pani wprowadzenie uchwały krajobrazowej w Szklarskiej Porębie?</w:t>
      </w:r>
    </w:p>
    <w:p w14:paraId="0B5E43CB" w14:textId="77777777" w:rsidR="00DB7023" w:rsidRDefault="00000000">
      <w:r>
        <w:t>□ Bardzo dobrze</w:t>
      </w:r>
      <w:r>
        <w:br/>
        <w:t>□ Raczej dobrze</w:t>
      </w:r>
      <w:r>
        <w:br/>
        <w:t>□ Trudno powiedzieć</w:t>
      </w:r>
      <w:r>
        <w:br/>
        <w:t>□ Raczej źle</w:t>
      </w:r>
      <w:r>
        <w:br/>
        <w:t>□ Bardzo źle</w:t>
      </w:r>
    </w:p>
    <w:p w14:paraId="3A5B879B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t>2. Zadowolenie z efektów wprowadzenia uchwały</w:t>
      </w:r>
    </w:p>
    <w:p w14:paraId="646E1C60" w14:textId="77777777" w:rsidR="00DB7023" w:rsidRDefault="00000000">
      <w:r>
        <w:t>W jakim stopniu jest Pan/Pani zadowolony/a z efektów wprowadzenia uchwały krajobrazowej?</w:t>
      </w:r>
    </w:p>
    <w:p w14:paraId="6F436B42" w14:textId="77777777" w:rsidR="00DB7023" w:rsidRDefault="00000000">
      <w:r>
        <w:t>□ Bardzo zadowolony/a</w:t>
      </w:r>
      <w:r>
        <w:br/>
        <w:t>□ Raczej zadowolony/a</w:t>
      </w:r>
      <w:r>
        <w:br/>
        <w:t>□ Ani zadowolony/a, ani niezadowolony/a</w:t>
      </w:r>
      <w:r>
        <w:br/>
        <w:t>□ Raczej niezadowolony/a</w:t>
      </w:r>
      <w:r>
        <w:br/>
        <w:t>□ Bardzo niezadowolony/a</w:t>
      </w:r>
    </w:p>
    <w:p w14:paraId="0876C1C2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t>3. Elementy przestrzeni miejskiej</w:t>
      </w:r>
    </w:p>
    <w:p w14:paraId="4EF3EFD7" w14:textId="77777777" w:rsidR="00DB7023" w:rsidRDefault="00000000" w:rsidP="004D282C">
      <w:pPr>
        <w:jc w:val="both"/>
      </w:pPr>
      <w:r>
        <w:t>Które elementy zmian w przestrzeni miejskiej najbardziej się Panu/Pani podobają? (np. mniej reklam, estetyczne szyldy, ład przestrzenny)</w:t>
      </w:r>
    </w:p>
    <w:p w14:paraId="7F44E611" w14:textId="57F79858" w:rsidR="00DB7023" w:rsidRPr="004004ED" w:rsidRDefault="00000000">
      <w:pPr>
        <w:rPr>
          <w:color w:val="FFC000"/>
        </w:rPr>
      </w:pPr>
      <w:proofErr w:type="spellStart"/>
      <w:r>
        <w:t>Odpowiedź</w:t>
      </w:r>
      <w:proofErr w:type="spellEnd"/>
      <w:r>
        <w:t>: ________________________________________________</w:t>
      </w:r>
    </w:p>
    <w:p w14:paraId="113B07A6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t>4. Sugestie zmian</w:t>
      </w:r>
    </w:p>
    <w:p w14:paraId="20A12D52" w14:textId="77777777" w:rsidR="00DB7023" w:rsidRDefault="00000000">
      <w:r>
        <w:t>Co chciał(a)by Pan/Pani zmienić w obecnych rozwiązaniach uchwały krajobrazowej?</w:t>
      </w:r>
    </w:p>
    <w:p w14:paraId="6254573D" w14:textId="77777777" w:rsidR="00DB7023" w:rsidRDefault="00000000">
      <w:bookmarkStart w:id="0" w:name="_Hlk213882158"/>
      <w:r>
        <w:t>Odpowiedź: ________________________________________________</w:t>
      </w:r>
      <w:r>
        <w:br/>
      </w:r>
      <w:bookmarkEnd w:id="0"/>
      <w:r>
        <w:br/>
      </w:r>
    </w:p>
    <w:p w14:paraId="58A39EB1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lastRenderedPageBreak/>
        <w:t>5. Wpływ na wizerunek miasta</w:t>
      </w:r>
    </w:p>
    <w:p w14:paraId="180BDCD9" w14:textId="77777777" w:rsidR="00DB7023" w:rsidRDefault="00000000">
      <w:r>
        <w:t>Czy uważa Pan/Pani, że uchwała krajobrazowa poprawiła wizerunek Szklarskiej Poręby?</w:t>
      </w:r>
    </w:p>
    <w:p w14:paraId="1A241D91" w14:textId="77777777" w:rsidR="00DB7023" w:rsidRDefault="00000000">
      <w:r>
        <w:t>□ Tak</w:t>
      </w:r>
      <w:r>
        <w:br/>
        <w:t>□ Raczej tak</w:t>
      </w:r>
      <w:r>
        <w:br/>
        <w:t>□ Raczej nie</w:t>
      </w:r>
      <w:r>
        <w:br/>
        <w:t>□ Nie</w:t>
      </w:r>
      <w:r>
        <w:br/>
        <w:t>□ Trudno powiedzieć</w:t>
      </w:r>
    </w:p>
    <w:p w14:paraId="768F0802" w14:textId="77777777" w:rsidR="00DB7023" w:rsidRPr="004D282C" w:rsidRDefault="00000000">
      <w:pPr>
        <w:pStyle w:val="Nagwek2"/>
        <w:rPr>
          <w:color w:val="E36C0A" w:themeColor="accent6" w:themeShade="BF"/>
        </w:rPr>
      </w:pPr>
      <w:r w:rsidRPr="004D282C">
        <w:rPr>
          <w:color w:val="E36C0A" w:themeColor="accent6" w:themeShade="BF"/>
        </w:rPr>
        <w:t>6. Dodatkowe uwagi</w:t>
      </w:r>
    </w:p>
    <w:p w14:paraId="683327BD" w14:textId="77777777" w:rsidR="00DB7023" w:rsidRPr="00B033F0" w:rsidRDefault="00000000">
      <w:r>
        <w:t xml:space="preserve">Prosimy o wpisanie wszelkich dodatkowych komentarzy lub sugestii dotyczących uchwały </w:t>
      </w:r>
      <w:r w:rsidRPr="00B033F0">
        <w:t>krajobrazowej.</w:t>
      </w:r>
    </w:p>
    <w:p w14:paraId="0F277D9F" w14:textId="77777777" w:rsidR="00B033F0" w:rsidRPr="00B033F0" w:rsidRDefault="00B033F0" w:rsidP="00775DCB">
      <w:pPr>
        <w:pStyle w:val="Nagwek2"/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</w:pPr>
      <w:proofErr w:type="spellStart"/>
      <w:r w:rsidRPr="00B033F0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Odpowiedź</w:t>
      </w:r>
      <w:proofErr w:type="spellEnd"/>
      <w:r w:rsidRPr="00B033F0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: ________________________________________________</w:t>
      </w:r>
    </w:p>
    <w:p w14:paraId="5758569B" w14:textId="74AF9657" w:rsidR="00775DCB" w:rsidRDefault="00000000" w:rsidP="00775DCB">
      <w:pPr>
        <w:pStyle w:val="Nagwek2"/>
        <w:rPr>
          <w:color w:val="FFC000"/>
        </w:rPr>
      </w:pPr>
      <w:r>
        <w:br/>
      </w:r>
      <w:r w:rsidR="00775DCB" w:rsidRPr="004D282C">
        <w:rPr>
          <w:color w:val="E36C0A" w:themeColor="accent6" w:themeShade="BF"/>
        </w:rPr>
        <w:t xml:space="preserve">7. </w:t>
      </w:r>
      <w:proofErr w:type="spellStart"/>
      <w:r w:rsidR="00775DCB" w:rsidRPr="004D282C">
        <w:rPr>
          <w:color w:val="E36C0A" w:themeColor="accent6" w:themeShade="BF"/>
        </w:rPr>
        <w:t>Czy</w:t>
      </w:r>
      <w:proofErr w:type="spellEnd"/>
      <w:r w:rsidR="00775DCB" w:rsidRPr="004D282C">
        <w:rPr>
          <w:color w:val="E36C0A" w:themeColor="accent6" w:themeShade="BF"/>
        </w:rPr>
        <w:t xml:space="preserve"> jest Pan/Pani </w:t>
      </w:r>
      <w:proofErr w:type="spellStart"/>
      <w:r w:rsidR="00775DCB" w:rsidRPr="004D282C">
        <w:rPr>
          <w:color w:val="E36C0A" w:themeColor="accent6" w:themeShade="BF"/>
        </w:rPr>
        <w:t>przedsiębiorcą</w:t>
      </w:r>
      <w:proofErr w:type="spellEnd"/>
      <w:r w:rsidR="00775DCB" w:rsidRPr="004D282C">
        <w:rPr>
          <w:color w:val="E36C0A" w:themeColor="accent6" w:themeShade="BF"/>
        </w:rPr>
        <w:t>?</w:t>
      </w:r>
    </w:p>
    <w:p w14:paraId="0ED7D73E" w14:textId="77777777" w:rsidR="00775DCB" w:rsidRPr="00775DCB" w:rsidRDefault="00775DCB" w:rsidP="00775DCB">
      <w:pPr>
        <w:rPr>
          <w:sz w:val="2"/>
          <w:szCs w:val="2"/>
        </w:rPr>
      </w:pPr>
    </w:p>
    <w:p w14:paraId="0D8876F9" w14:textId="554BC884" w:rsidR="00DB7023" w:rsidRDefault="00775DCB">
      <w:r>
        <w:t>□ Tak</w:t>
      </w:r>
      <w:r>
        <w:br/>
        <w:t>□ Nie</w:t>
      </w:r>
    </w:p>
    <w:p w14:paraId="4748E4DB" w14:textId="77777777" w:rsidR="00DB7023" w:rsidRDefault="00000000">
      <w:r>
        <w:br/>
      </w:r>
      <w:proofErr w:type="spellStart"/>
      <w:r>
        <w:t>Dziękujemy</w:t>
      </w:r>
      <w:proofErr w:type="spellEnd"/>
      <w:r>
        <w:t xml:space="preserve"> za </w:t>
      </w:r>
      <w:proofErr w:type="spellStart"/>
      <w:r>
        <w:t>poświęcony</w:t>
      </w:r>
      <w:proofErr w:type="spellEnd"/>
      <w:r>
        <w:t xml:space="preserve"> </w:t>
      </w:r>
      <w:proofErr w:type="spellStart"/>
      <w:r>
        <w:t>czas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w </w:t>
      </w:r>
      <w:proofErr w:type="spellStart"/>
      <w:r>
        <w:t>badaniu</w:t>
      </w:r>
      <w:proofErr w:type="spellEnd"/>
      <w:r>
        <w:t>!</w:t>
      </w:r>
    </w:p>
    <w:p w14:paraId="107B2D79" w14:textId="1DD93746" w:rsidR="004004ED" w:rsidRPr="004004ED" w:rsidRDefault="0050070D" w:rsidP="004004ED">
      <w:r w:rsidRPr="004004ED">
        <w:t xml:space="preserve">13 </w:t>
      </w:r>
      <w:proofErr w:type="spellStart"/>
      <w:r w:rsidRPr="004004ED">
        <w:t>listopada</w:t>
      </w:r>
      <w:proofErr w:type="spellEnd"/>
      <w:r w:rsidRPr="004004ED">
        <w:t xml:space="preserve"> 2025 r.</w:t>
      </w:r>
    </w:p>
    <w:p w14:paraId="5FCEEB8F" w14:textId="77E9D7FC" w:rsidR="004004ED" w:rsidRPr="004004ED" w:rsidRDefault="004004ED" w:rsidP="004004ED"/>
    <w:p w14:paraId="4BFBEF9C" w14:textId="610FD41C" w:rsidR="004004ED" w:rsidRPr="004004ED" w:rsidRDefault="004D282C" w:rsidP="004004ED">
      <w:r w:rsidRPr="004004ED">
        <w:rPr>
          <w:noProof/>
        </w:rPr>
        <w:drawing>
          <wp:anchor distT="0" distB="0" distL="114300" distR="114300" simplePos="0" relativeHeight="251658752" behindDoc="0" locked="0" layoutInCell="1" allowOverlap="1" wp14:anchorId="4262526E" wp14:editId="7C7B28C4">
            <wp:simplePos x="0" y="0"/>
            <wp:positionH relativeFrom="column">
              <wp:posOffset>3530600</wp:posOffset>
            </wp:positionH>
            <wp:positionV relativeFrom="paragraph">
              <wp:posOffset>2728595</wp:posOffset>
            </wp:positionV>
            <wp:extent cx="2669540" cy="614680"/>
            <wp:effectExtent l="0" t="0" r="0" b="0"/>
            <wp:wrapTopAndBottom/>
            <wp:docPr id="20" name="Obraz 19">
              <a:extLst xmlns:a="http://schemas.openxmlformats.org/drawingml/2006/main">
                <a:ext uri="{FF2B5EF4-FFF2-40B4-BE49-F238E27FC236}">
                  <a16:creationId xmlns:a16="http://schemas.microsoft.com/office/drawing/2014/main" id="{317A3614-18D8-3117-80FB-977647E0D0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19">
                      <a:extLst>
                        <a:ext uri="{FF2B5EF4-FFF2-40B4-BE49-F238E27FC236}">
                          <a16:creationId xmlns:a16="http://schemas.microsoft.com/office/drawing/2014/main" id="{317A3614-18D8-3117-80FB-977647E0D0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004ED" w:rsidRPr="004004ED" w:rsidSect="004D282C">
      <w:footerReference w:type="default" r:id="rId9"/>
      <w:headerReference w:type="first" r:id="rId10"/>
      <w:pgSz w:w="12240" w:h="15840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CA5E9" w14:textId="77777777" w:rsidR="000A5028" w:rsidRDefault="000A5028" w:rsidP="004004ED">
      <w:pPr>
        <w:spacing w:after="0" w:line="240" w:lineRule="auto"/>
      </w:pPr>
      <w:r>
        <w:separator/>
      </w:r>
    </w:p>
  </w:endnote>
  <w:endnote w:type="continuationSeparator" w:id="0">
    <w:p w14:paraId="3BCBA734" w14:textId="77777777" w:rsidR="000A5028" w:rsidRDefault="000A5028" w:rsidP="00400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6296971"/>
      <w:docPartObj>
        <w:docPartGallery w:val="Page Numbers (Bottom of Page)"/>
        <w:docPartUnique/>
      </w:docPartObj>
    </w:sdtPr>
    <w:sdtContent>
      <w:p w14:paraId="7B4AF28F" w14:textId="25DD39DD" w:rsidR="004004ED" w:rsidRDefault="004004E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09ACC4D2" w14:textId="77777777" w:rsidR="004004ED" w:rsidRDefault="004004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3DE43" w14:textId="77777777" w:rsidR="000A5028" w:rsidRDefault="000A5028" w:rsidP="004004ED">
      <w:pPr>
        <w:spacing w:after="0" w:line="240" w:lineRule="auto"/>
      </w:pPr>
      <w:r>
        <w:separator/>
      </w:r>
    </w:p>
  </w:footnote>
  <w:footnote w:type="continuationSeparator" w:id="0">
    <w:p w14:paraId="73397F4A" w14:textId="77777777" w:rsidR="000A5028" w:rsidRDefault="000A5028" w:rsidP="00400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8BB31" w14:textId="590FA673" w:rsidR="00702796" w:rsidRPr="00702796" w:rsidRDefault="00702796" w:rsidP="00702796">
    <w:pPr>
      <w:suppressAutoHyphens/>
      <w:spacing w:after="0" w:line="240" w:lineRule="auto"/>
      <w:jc w:val="right"/>
      <w:rPr>
        <w:rFonts w:asciiTheme="majorHAnsi" w:eastAsia="Times New Roman" w:hAnsiTheme="majorHAnsi" w:cstheme="majorHAnsi"/>
        <w:color w:val="000000"/>
        <w:sz w:val="10"/>
        <w:szCs w:val="24"/>
        <w:u w:val="single"/>
        <w:lang w:val="pl-PL" w:eastAsia="ar-SA"/>
      </w:rPr>
    </w:pPr>
    <w:r w:rsidRPr="00702796">
      <w:rPr>
        <w:rFonts w:asciiTheme="majorHAnsi" w:hAnsiTheme="majorHAnsi" w:cstheme="majorHAnsi"/>
        <w:noProof/>
        <w:color w:val="4F6228" w:themeColor="accent3" w:themeShade="80"/>
        <w:u w:val="singl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DE738A6" wp14:editId="28DEC80E">
              <wp:simplePos x="0" y="0"/>
              <wp:positionH relativeFrom="margin">
                <wp:posOffset>62229</wp:posOffset>
              </wp:positionH>
              <wp:positionV relativeFrom="paragraph">
                <wp:posOffset>9524</wp:posOffset>
              </wp:positionV>
              <wp:extent cx="600075" cy="691515"/>
              <wp:effectExtent l="0" t="0" r="9525" b="0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0075" cy="691515"/>
                        <a:chOff x="0" y="0"/>
                        <a:chExt cx="1466088" cy="1846580"/>
                      </a:xfrm>
                    </wpg:grpSpPr>
                    <wps:wsp>
                      <wps:cNvPr id="869573786" name="Freeform 13"/>
                      <wps:cNvSpPr/>
                      <wps:spPr>
                        <a:xfrm>
                          <a:off x="0" y="0"/>
                          <a:ext cx="1466088" cy="1846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6088" h="1846580">
                              <a:moveTo>
                                <a:pt x="0" y="0"/>
                              </a:moveTo>
                              <a:lnTo>
                                <a:pt x="1466088" y="0"/>
                              </a:lnTo>
                              <a:lnTo>
                                <a:pt x="1466088" y="1846580"/>
                              </a:lnTo>
                              <a:lnTo>
                                <a:pt x="0" y="1846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"/>
                          <a:stretch>
                            <a:fillRect r="-2"/>
                          </a:stretch>
                        </a:blipFill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6A03B5" id="Group 12" o:spid="_x0000_s1026" style="position:absolute;margin-left:4.9pt;margin-top:.75pt;width:47.25pt;height:54.45pt;z-index:251659264;mso-position-horizontal-relative:margin;mso-width-relative:margin;mso-height-relative:margin" coordsize="14660,18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">
              <v:shape id="Freeform 13" o:spid="_x0000_s1027" style="position:absolute;width:14660;height:18465;visibility:visible;mso-wrap-style:square;v-text-anchor:top" coordsize="1466088,1846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" path="m,l1466088,r,1846580l,1846580,,xe" stroked="f">
                <v:fill r:id="rId2" o:title="" recolor="t" rotate="t" type="frame"/>
                <v:path arrowok="t"/>
              </v:shape>
              <w10:wrap anchorx="margin"/>
            </v:group>
          </w:pict>
        </mc:Fallback>
      </mc:AlternateContent>
    </w:r>
    <w:hyperlink w:history="1">
      <w:r w:rsidRPr="00702796">
        <w:rPr>
          <w:rFonts w:asciiTheme="majorHAnsi" w:eastAsia="Times New Roman" w:hAnsiTheme="majorHAnsi" w:cstheme="majorHAnsi"/>
          <w:b/>
          <w:color w:val="000000"/>
          <w:sz w:val="36"/>
          <w:szCs w:val="24"/>
          <w:u w:val="single"/>
          <w:lang w:val="pl-PL" w:eastAsia="ar-SA"/>
        </w:rPr>
        <w:t xml:space="preserve">Urząd Miejski w Szklarskiej Porębie </w:t>
      </w:r>
    </w:hyperlink>
  </w:p>
  <w:p w14:paraId="03E21208" w14:textId="29B68EC4" w:rsidR="00702796" w:rsidRPr="00702796" w:rsidRDefault="00702796" w:rsidP="00702796">
    <w:pPr>
      <w:suppressAutoHyphens/>
      <w:spacing w:after="0" w:line="240" w:lineRule="auto"/>
      <w:jc w:val="right"/>
      <w:rPr>
        <w:rFonts w:asciiTheme="majorHAnsi" w:eastAsia="Times New Roman" w:hAnsiTheme="majorHAnsi" w:cstheme="majorHAnsi"/>
        <w:color w:val="000000"/>
        <w:sz w:val="10"/>
        <w:szCs w:val="24"/>
        <w:u w:val="single"/>
        <w:lang w:val="pl-PL" w:eastAsia="ar-SA"/>
      </w:rPr>
    </w:pPr>
  </w:p>
  <w:p w14:paraId="12DA7E79" w14:textId="2F5290AC" w:rsidR="00702796" w:rsidRPr="00702796" w:rsidRDefault="00702796" w:rsidP="00702796">
    <w:pPr>
      <w:suppressAutoHyphens/>
      <w:spacing w:after="0" w:line="240" w:lineRule="auto"/>
      <w:jc w:val="right"/>
      <w:rPr>
        <w:rFonts w:asciiTheme="majorHAnsi" w:eastAsia="Times New Roman" w:hAnsiTheme="majorHAnsi" w:cstheme="majorHAnsi"/>
        <w:color w:val="000000"/>
        <w:sz w:val="18"/>
        <w:szCs w:val="24"/>
        <w:lang w:eastAsia="ar-SA"/>
      </w:rPr>
    </w:pPr>
    <w:r w:rsidRPr="00702796">
      <w:rPr>
        <w:rFonts w:asciiTheme="majorHAnsi" w:eastAsia="Times New Roman" w:hAnsiTheme="majorHAnsi" w:cstheme="majorHAnsi"/>
        <w:color w:val="000000"/>
        <w:sz w:val="18"/>
        <w:szCs w:val="24"/>
        <w:lang w:val="pl-PL" w:eastAsia="ar-SA"/>
      </w:rPr>
      <w:t>58-580 Szklarska Poręba, ul.</w:t>
    </w:r>
    <w:r w:rsidRPr="00702796">
      <w:rPr>
        <w:rFonts w:asciiTheme="majorHAnsi" w:eastAsia="Times New Roman" w:hAnsiTheme="majorHAnsi" w:cstheme="majorHAnsi"/>
        <w:color w:val="000000"/>
        <w:sz w:val="10"/>
        <w:szCs w:val="24"/>
        <w:lang w:val="pl-PL" w:eastAsia="ar-SA"/>
      </w:rPr>
      <w:t xml:space="preserve"> </w:t>
    </w:r>
    <w:proofErr w:type="spellStart"/>
    <w:r w:rsidRPr="00702796">
      <w:rPr>
        <w:rFonts w:asciiTheme="majorHAnsi" w:eastAsia="Times New Roman" w:hAnsiTheme="majorHAnsi" w:cstheme="majorHAnsi"/>
        <w:color w:val="000000"/>
        <w:sz w:val="18"/>
        <w:szCs w:val="24"/>
        <w:lang w:eastAsia="ar-SA"/>
      </w:rPr>
      <w:t>Granitowa</w:t>
    </w:r>
    <w:proofErr w:type="spellEnd"/>
    <w:r w:rsidRPr="00702796">
      <w:rPr>
        <w:rFonts w:asciiTheme="majorHAnsi" w:eastAsia="Times New Roman" w:hAnsiTheme="majorHAnsi" w:cstheme="majorHAnsi"/>
        <w:color w:val="000000"/>
        <w:sz w:val="18"/>
        <w:szCs w:val="24"/>
        <w:lang w:eastAsia="ar-SA"/>
      </w:rPr>
      <w:t xml:space="preserve"> 2; tel.</w:t>
    </w:r>
    <w:r w:rsidRPr="00702796">
      <w:rPr>
        <w:rFonts w:asciiTheme="majorHAnsi" w:eastAsia="Times New Roman" w:hAnsiTheme="majorHAnsi" w:cstheme="majorHAnsi"/>
        <w:color w:val="000000"/>
        <w:sz w:val="8"/>
        <w:szCs w:val="24"/>
        <w:lang w:eastAsia="ar-SA"/>
      </w:rPr>
      <w:t xml:space="preserve"> </w:t>
    </w:r>
    <w:r w:rsidRPr="00702796">
      <w:rPr>
        <w:rFonts w:asciiTheme="majorHAnsi" w:eastAsia="Times New Roman" w:hAnsiTheme="majorHAnsi" w:cstheme="majorHAnsi"/>
        <w:color w:val="000000"/>
        <w:sz w:val="18"/>
        <w:szCs w:val="24"/>
        <w:lang w:eastAsia="ar-SA"/>
      </w:rPr>
      <w:t>75 75 47 700; 75 75 47 712</w:t>
    </w:r>
  </w:p>
  <w:p w14:paraId="6530F771" w14:textId="66DC0AC3" w:rsidR="00702796" w:rsidRPr="00702796" w:rsidRDefault="00702796" w:rsidP="00702796">
    <w:pPr>
      <w:suppressAutoHyphens/>
      <w:spacing w:after="0" w:line="240" w:lineRule="auto"/>
      <w:jc w:val="right"/>
      <w:rPr>
        <w:rFonts w:asciiTheme="majorHAnsi" w:eastAsia="Times New Roman" w:hAnsiTheme="majorHAnsi" w:cstheme="majorHAnsi"/>
        <w:sz w:val="18"/>
        <w:szCs w:val="18"/>
        <w:lang w:eastAsia="ar-SA"/>
      </w:rPr>
    </w:pPr>
    <w:r w:rsidRPr="00702796">
      <w:rPr>
        <w:rFonts w:asciiTheme="majorHAnsi" w:eastAsia="Times New Roman" w:hAnsiTheme="majorHAnsi" w:cstheme="majorHAnsi"/>
        <w:sz w:val="18"/>
        <w:szCs w:val="18"/>
        <w:lang w:eastAsia="ar-SA"/>
      </w:rPr>
      <w:t xml:space="preserve">e-mail: </w:t>
    </w:r>
    <w:r w:rsidRPr="00702796">
      <w:rPr>
        <w:rFonts w:asciiTheme="majorHAnsi" w:eastAsia="Times New Roman" w:hAnsiTheme="majorHAnsi" w:cstheme="majorHAnsi"/>
        <w:i/>
        <w:sz w:val="18"/>
        <w:szCs w:val="18"/>
        <w:lang w:eastAsia="ar-SA"/>
      </w:rPr>
      <w:t>boi@szklarskaporeba.pl;</w:t>
    </w:r>
    <w:r w:rsidRPr="00702796">
      <w:rPr>
        <w:rFonts w:asciiTheme="majorHAnsi" w:eastAsia="Times New Roman" w:hAnsiTheme="majorHAnsi" w:cstheme="majorHAnsi"/>
        <w:i/>
        <w:color w:val="000000"/>
        <w:sz w:val="18"/>
        <w:szCs w:val="18"/>
        <w:lang w:eastAsia="ar-SA"/>
      </w:rPr>
      <w:t xml:space="preserve"> </w:t>
    </w:r>
    <w:hyperlink r:id="rId3" w:history="1">
      <w:r w:rsidRPr="00702796">
        <w:rPr>
          <w:rFonts w:asciiTheme="majorHAnsi" w:eastAsia="Times New Roman" w:hAnsiTheme="majorHAnsi" w:cstheme="majorHAnsi"/>
          <w:color w:val="000080"/>
          <w:sz w:val="18"/>
          <w:szCs w:val="18"/>
          <w:u w:val="single"/>
          <w:lang w:eastAsia="ar-SA"/>
        </w:rPr>
        <w:t>www.szklarskaporeba.pl</w:t>
      </w:r>
    </w:hyperlink>
  </w:p>
  <w:p w14:paraId="62C141CB" w14:textId="77777777" w:rsidR="004004ED" w:rsidRPr="00702796" w:rsidRDefault="004004ED">
    <w:pPr>
      <w:pStyle w:val="Nagwek"/>
      <w:rPr>
        <w:rFonts w:asciiTheme="majorHAnsi" w:hAnsiTheme="majorHAnsi" w:cs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64984362">
    <w:abstractNumId w:val="8"/>
  </w:num>
  <w:num w:numId="2" w16cid:durableId="908422409">
    <w:abstractNumId w:val="6"/>
  </w:num>
  <w:num w:numId="3" w16cid:durableId="509296990">
    <w:abstractNumId w:val="5"/>
  </w:num>
  <w:num w:numId="4" w16cid:durableId="2114520088">
    <w:abstractNumId w:val="4"/>
  </w:num>
  <w:num w:numId="5" w16cid:durableId="1653944317">
    <w:abstractNumId w:val="7"/>
  </w:num>
  <w:num w:numId="6" w16cid:durableId="902106918">
    <w:abstractNumId w:val="3"/>
  </w:num>
  <w:num w:numId="7" w16cid:durableId="1048994870">
    <w:abstractNumId w:val="2"/>
  </w:num>
  <w:num w:numId="8" w16cid:durableId="357198726">
    <w:abstractNumId w:val="1"/>
  </w:num>
  <w:num w:numId="9" w16cid:durableId="155716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5028"/>
    <w:rsid w:val="0015074B"/>
    <w:rsid w:val="00154AA6"/>
    <w:rsid w:val="001806D6"/>
    <w:rsid w:val="002071C5"/>
    <w:rsid w:val="0029639D"/>
    <w:rsid w:val="0032221D"/>
    <w:rsid w:val="00326F90"/>
    <w:rsid w:val="00327DFE"/>
    <w:rsid w:val="004004ED"/>
    <w:rsid w:val="004B075C"/>
    <w:rsid w:val="004D282C"/>
    <w:rsid w:val="0050070D"/>
    <w:rsid w:val="00693231"/>
    <w:rsid w:val="00694DE8"/>
    <w:rsid w:val="00702796"/>
    <w:rsid w:val="00775DCB"/>
    <w:rsid w:val="00AA1D8D"/>
    <w:rsid w:val="00B033F0"/>
    <w:rsid w:val="00B47730"/>
    <w:rsid w:val="00BB207E"/>
    <w:rsid w:val="00BC1C32"/>
    <w:rsid w:val="00CB0664"/>
    <w:rsid w:val="00CB3048"/>
    <w:rsid w:val="00D1007C"/>
    <w:rsid w:val="00DB7023"/>
    <w:rsid w:val="00E33948"/>
    <w:rsid w:val="00F6001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59CBB36"/>
  <w14:defaultImageDpi w14:val="300"/>
  <w15:docId w15:val="{7E4E75C2-5AD9-4D5F-B914-89D52C6AA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70279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027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zklarskaporeba.pl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Iwona Białas</cp:lastModifiedBy>
  <cp:revision>2</cp:revision>
  <cp:lastPrinted>2025-11-13T11:59:00Z</cp:lastPrinted>
  <dcterms:created xsi:type="dcterms:W3CDTF">2025-11-18T14:28:00Z</dcterms:created>
  <dcterms:modified xsi:type="dcterms:W3CDTF">2025-11-18T14:28:00Z</dcterms:modified>
  <cp:category/>
</cp:coreProperties>
</file>